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5B8" w:rsidRPr="0004078D" w:rsidRDefault="004A0FFA" w:rsidP="0058481E">
      <w:pPr>
        <w:pStyle w:val="Balk1"/>
        <w:jc w:val="center"/>
        <w:rPr>
          <w:rFonts w:ascii="Times New Roman" w:hAnsi="Times New Roman" w:cs="Times New Roman"/>
          <w:sz w:val="24"/>
        </w:rPr>
      </w:pPr>
      <w:r w:rsidRPr="0004078D">
        <w:rPr>
          <w:rFonts w:ascii="Times New Roman" w:hAnsi="Times New Roman" w:cs="Times New Roman"/>
          <w:sz w:val="24"/>
        </w:rPr>
        <w:t>İSKENDERUN TEKNİK ÜNİVERSİTESİ</w:t>
      </w:r>
      <w:r w:rsidRPr="0004078D">
        <w:rPr>
          <w:rFonts w:ascii="Times New Roman" w:hAnsi="Times New Roman" w:cs="Times New Roman"/>
          <w:sz w:val="24"/>
        </w:rPr>
        <w:br/>
        <w:t>MUSTAFA YAZICI DEVLET KONSERVATUVARI</w:t>
      </w:r>
      <w:r w:rsidRPr="0004078D">
        <w:rPr>
          <w:rFonts w:ascii="Times New Roman" w:hAnsi="Times New Roman" w:cs="Times New Roman"/>
          <w:sz w:val="24"/>
        </w:rPr>
        <w:br/>
        <w:t>2026-2027 EĞİTİM-ÖĞRETİM YILI MÜZİK PROGRAMI ÖZEL YETENEK SINAVI BAŞVURU DUYURUSU</w:t>
      </w:r>
    </w:p>
    <w:p w:rsidR="00BE75B8" w:rsidRPr="0058481E" w:rsidRDefault="004A0FFA" w:rsidP="0058481E">
      <w:pPr>
        <w:ind w:firstLine="720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 xml:space="preserve">İskenderun </w:t>
      </w:r>
      <w:proofErr w:type="spellStart"/>
      <w:r w:rsidRPr="0058481E">
        <w:rPr>
          <w:rFonts w:ascii="Times New Roman" w:hAnsi="Times New Roman" w:cs="Times New Roman"/>
        </w:rPr>
        <w:t>Teknik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Üniversitesi</w:t>
      </w:r>
      <w:proofErr w:type="spellEnd"/>
      <w:r w:rsidRPr="0058481E">
        <w:rPr>
          <w:rFonts w:ascii="Times New Roman" w:hAnsi="Times New Roman" w:cs="Times New Roman"/>
        </w:rPr>
        <w:t xml:space="preserve"> Mustafa Yazıcı Devlet Konservatuvarı Müzik Bölümü Müzik Programına, </w:t>
      </w:r>
      <w:r w:rsidRPr="0058481E">
        <w:rPr>
          <w:rFonts w:ascii="Times New Roman" w:hAnsi="Times New Roman" w:cs="Times New Roman"/>
        </w:rPr>
        <w:t>2026-2027 Eğitim-Öğretim Yılı için Özel Yetenek Sınavı ile öğrenci alınacaktır.</w:t>
      </w:r>
    </w:p>
    <w:p w:rsidR="00BE75B8" w:rsidRPr="0058481E" w:rsidRDefault="004A0FFA">
      <w:pPr>
        <w:pStyle w:val="Balk2"/>
        <w:rPr>
          <w:rFonts w:ascii="Times New Roman" w:hAnsi="Times New Roman" w:cs="Times New Roman"/>
        </w:rPr>
      </w:pPr>
      <w:proofErr w:type="spellStart"/>
      <w:r w:rsidRPr="0058481E">
        <w:rPr>
          <w:rFonts w:ascii="Times New Roman" w:hAnsi="Times New Roman" w:cs="Times New Roman"/>
        </w:rPr>
        <w:t>Başvuru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Takvimi</w:t>
      </w:r>
      <w:proofErr w:type="spellEnd"/>
      <w:r w:rsidR="00E35568">
        <w:rPr>
          <w:rFonts w:ascii="Times New Roman" w:hAnsi="Times New Roman" w:cs="Times New Roman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E75B8" w:rsidRPr="0058481E">
        <w:tc>
          <w:tcPr>
            <w:tcW w:w="4320" w:type="dxa"/>
          </w:tcPr>
          <w:p w:rsidR="00BE75B8" w:rsidRPr="0048086D" w:rsidRDefault="004A0FFA" w:rsidP="00480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86D">
              <w:rPr>
                <w:rFonts w:ascii="Times New Roman" w:hAnsi="Times New Roman" w:cs="Times New Roman"/>
                <w:b/>
              </w:rPr>
              <w:t>İşlem</w:t>
            </w:r>
          </w:p>
        </w:tc>
        <w:tc>
          <w:tcPr>
            <w:tcW w:w="4320" w:type="dxa"/>
          </w:tcPr>
          <w:p w:rsidR="00BE75B8" w:rsidRPr="0048086D" w:rsidRDefault="004A0FFA" w:rsidP="00480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86D">
              <w:rPr>
                <w:rFonts w:ascii="Times New Roman" w:hAnsi="Times New Roman" w:cs="Times New Roman"/>
                <w:b/>
              </w:rPr>
              <w:t>Tarih</w:t>
            </w:r>
          </w:p>
        </w:tc>
      </w:tr>
      <w:tr w:rsidR="00BE75B8" w:rsidRPr="0058481E"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Online Ön Başvurular</w:t>
            </w:r>
          </w:p>
        </w:tc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10 – 21 Ağustos 2026</w:t>
            </w:r>
          </w:p>
        </w:tc>
      </w:tr>
      <w:tr w:rsidR="00BE75B8" w:rsidRPr="0058481E"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Özel Yetenek Sınavı (Yüz Yüze)</w:t>
            </w:r>
          </w:p>
        </w:tc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24 – 26 Ağustos 2026</w:t>
            </w:r>
          </w:p>
        </w:tc>
      </w:tr>
      <w:tr w:rsidR="00BE75B8" w:rsidRPr="0058481E"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Sonuçların İlanı</w:t>
            </w:r>
          </w:p>
        </w:tc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26 Ağustos 2026</w:t>
            </w:r>
          </w:p>
        </w:tc>
      </w:tr>
      <w:tr w:rsidR="00BE75B8" w:rsidRPr="0058481E"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Asıl Aday Kesin K</w:t>
            </w:r>
            <w:r w:rsidRPr="0058481E">
              <w:rPr>
                <w:rFonts w:ascii="Times New Roman" w:hAnsi="Times New Roman" w:cs="Times New Roman"/>
              </w:rPr>
              <w:t>ayıtları</w:t>
            </w:r>
          </w:p>
        </w:tc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27 – 28 Ağustos 2026</w:t>
            </w:r>
          </w:p>
        </w:tc>
      </w:tr>
      <w:tr w:rsidR="00BE75B8" w:rsidRPr="0058481E"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Yedek Aday Başvuruları</w:t>
            </w:r>
          </w:p>
        </w:tc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31 Ağustos 2026</w:t>
            </w:r>
          </w:p>
        </w:tc>
      </w:tr>
      <w:tr w:rsidR="00BE75B8" w:rsidRPr="0058481E"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Yedek Aday Kesin Kayıtları</w:t>
            </w:r>
          </w:p>
        </w:tc>
        <w:tc>
          <w:tcPr>
            <w:tcW w:w="432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01 Eylül 2026</w:t>
            </w:r>
          </w:p>
        </w:tc>
      </w:tr>
    </w:tbl>
    <w:p w:rsidR="00BE75B8" w:rsidRPr="0058481E" w:rsidRDefault="004A0FFA">
      <w:pPr>
        <w:pStyle w:val="Balk2"/>
        <w:rPr>
          <w:rFonts w:ascii="Times New Roman" w:hAnsi="Times New Roman" w:cs="Times New Roman"/>
        </w:rPr>
      </w:pPr>
      <w:proofErr w:type="spellStart"/>
      <w:r w:rsidRPr="0058481E">
        <w:rPr>
          <w:rFonts w:ascii="Times New Roman" w:hAnsi="Times New Roman" w:cs="Times New Roman"/>
        </w:rPr>
        <w:t>Kontenjan</w:t>
      </w:r>
      <w:proofErr w:type="spellEnd"/>
      <w:r w:rsidR="00E35568">
        <w:rPr>
          <w:rFonts w:ascii="Times New Roman" w:hAnsi="Times New Roman" w:cs="Times New Roman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BE75B8" w:rsidRPr="0058481E">
        <w:tc>
          <w:tcPr>
            <w:tcW w:w="2880" w:type="dxa"/>
          </w:tcPr>
          <w:p w:rsidR="00BE75B8" w:rsidRPr="0048086D" w:rsidRDefault="004A0FFA" w:rsidP="00480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86D"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2880" w:type="dxa"/>
          </w:tcPr>
          <w:p w:rsidR="00BE75B8" w:rsidRPr="0048086D" w:rsidRDefault="004A0FFA" w:rsidP="00480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86D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2880" w:type="dxa"/>
          </w:tcPr>
          <w:p w:rsidR="00BE75B8" w:rsidRPr="0048086D" w:rsidRDefault="004A0FFA" w:rsidP="00480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86D">
              <w:rPr>
                <w:rFonts w:ascii="Times New Roman" w:hAnsi="Times New Roman" w:cs="Times New Roman"/>
                <w:b/>
              </w:rPr>
              <w:t>Kontenjan</w:t>
            </w:r>
          </w:p>
        </w:tc>
      </w:tr>
      <w:tr w:rsidR="00BE75B8" w:rsidRPr="0058481E">
        <w:tc>
          <w:tcPr>
            <w:tcW w:w="288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Müzik Bölümü</w:t>
            </w:r>
          </w:p>
        </w:tc>
        <w:tc>
          <w:tcPr>
            <w:tcW w:w="288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Müzik Programı</w:t>
            </w:r>
          </w:p>
        </w:tc>
        <w:tc>
          <w:tcPr>
            <w:tcW w:w="2880" w:type="dxa"/>
          </w:tcPr>
          <w:p w:rsidR="00BE75B8" w:rsidRPr="0058481E" w:rsidRDefault="004A0FFA">
            <w:pPr>
              <w:rPr>
                <w:rFonts w:ascii="Times New Roman" w:hAnsi="Times New Roman" w:cs="Times New Roman"/>
              </w:rPr>
            </w:pPr>
            <w:r w:rsidRPr="0058481E">
              <w:rPr>
                <w:rFonts w:ascii="Times New Roman" w:hAnsi="Times New Roman" w:cs="Times New Roman"/>
              </w:rPr>
              <w:t>20</w:t>
            </w:r>
          </w:p>
        </w:tc>
      </w:tr>
    </w:tbl>
    <w:p w:rsidR="00BE75B8" w:rsidRPr="0058481E" w:rsidRDefault="004A0FFA">
      <w:pPr>
        <w:pStyle w:val="Balk2"/>
        <w:rPr>
          <w:rFonts w:ascii="Times New Roman" w:hAnsi="Times New Roman" w:cs="Times New Roman"/>
        </w:rPr>
      </w:pPr>
      <w:proofErr w:type="spellStart"/>
      <w:r w:rsidRPr="0058481E">
        <w:rPr>
          <w:rFonts w:ascii="Times New Roman" w:hAnsi="Times New Roman" w:cs="Times New Roman"/>
        </w:rPr>
        <w:t>Başvuru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Şartları</w:t>
      </w:r>
      <w:proofErr w:type="spellEnd"/>
      <w:r w:rsidR="00E35568">
        <w:rPr>
          <w:rFonts w:ascii="Times New Roman" w:hAnsi="Times New Roman" w:cs="Times New Roman"/>
        </w:rPr>
        <w:t>:</w:t>
      </w:r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T.C. vatandaşı olmak.</w:t>
      </w:r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 xml:space="preserve">2026 YKS kapsamında TYT puanının en </w:t>
      </w:r>
      <w:r w:rsidRPr="0058481E">
        <w:rPr>
          <w:rFonts w:ascii="Times New Roman" w:hAnsi="Times New Roman" w:cs="Times New Roman"/>
        </w:rPr>
        <w:t>az 150 olması.</w:t>
      </w:r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Engelli adaylar için 2025 veya 2026 TYT'den en az 100 puan almış olmak yeterlidir.</w:t>
      </w:r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Başvurular yalnızca online olarak kabul edilecek olup, eksik veya süresi dışında yapılan başvurular değerlendirmeye alınmayacaktır.</w:t>
      </w:r>
    </w:p>
    <w:p w:rsidR="00BE75B8" w:rsidRPr="0058481E" w:rsidRDefault="004A0FFA">
      <w:pPr>
        <w:pStyle w:val="Balk2"/>
        <w:rPr>
          <w:rFonts w:ascii="Times New Roman" w:hAnsi="Times New Roman" w:cs="Times New Roman"/>
        </w:rPr>
      </w:pPr>
      <w:proofErr w:type="spellStart"/>
      <w:r w:rsidRPr="0058481E">
        <w:rPr>
          <w:rFonts w:ascii="Times New Roman" w:hAnsi="Times New Roman" w:cs="Times New Roman"/>
        </w:rPr>
        <w:t>Başvuru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Belgeleri</w:t>
      </w:r>
      <w:proofErr w:type="spellEnd"/>
      <w:r w:rsidR="00E35568">
        <w:rPr>
          <w:rFonts w:ascii="Times New Roman" w:hAnsi="Times New Roman" w:cs="Times New Roman"/>
        </w:rPr>
        <w:t>:</w:t>
      </w:r>
    </w:p>
    <w:p w:rsidR="00BE75B8" w:rsidRPr="0058481E" w:rsidRDefault="00BE0C43">
      <w:pPr>
        <w:pStyle w:val="ListeMaddemi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Özel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Yetenek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Sınavı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Başvuru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A0FFA" w:rsidRPr="0058481E">
        <w:rPr>
          <w:rFonts w:ascii="Times New Roman" w:hAnsi="Times New Roman" w:cs="Times New Roman"/>
        </w:rPr>
        <w:t>Dilekçesi</w:t>
      </w:r>
      <w:proofErr w:type="spellEnd"/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2026 TYT Sonuç Belgesi</w:t>
      </w:r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Son 6 ay içerisinde çekilmiş 1 adet vesikalık fotoğraf</w:t>
      </w:r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T.C. Kimlik Kartı (önlü-arkalı)</w:t>
      </w:r>
    </w:p>
    <w:p w:rsidR="00BE75B8" w:rsidRPr="0058481E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Lise Diploması veya Geçici Mezuniyet Belgesi</w:t>
      </w:r>
    </w:p>
    <w:p w:rsidR="00BE75B8" w:rsidRDefault="004A0FFA">
      <w:pPr>
        <w:pStyle w:val="ListeMaddemi"/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 xml:space="preserve">Varsa </w:t>
      </w:r>
      <w:proofErr w:type="spellStart"/>
      <w:r w:rsidRPr="0058481E">
        <w:rPr>
          <w:rFonts w:ascii="Times New Roman" w:hAnsi="Times New Roman" w:cs="Times New Roman"/>
        </w:rPr>
        <w:t>Engelli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Sağlık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Kurulu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Raporu</w:t>
      </w:r>
      <w:proofErr w:type="spellEnd"/>
    </w:p>
    <w:p w:rsidR="00523190" w:rsidRPr="0058481E" w:rsidRDefault="00523190">
      <w:pPr>
        <w:pStyle w:val="ListeMaddemi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KVKK Açık </w:t>
      </w:r>
      <w:proofErr w:type="spellStart"/>
      <w:r>
        <w:rPr>
          <w:rFonts w:ascii="Times New Roman" w:hAnsi="Times New Roman" w:cs="Times New Roman"/>
        </w:rPr>
        <w:t>Rıza</w:t>
      </w:r>
      <w:proofErr w:type="spellEnd"/>
      <w:r>
        <w:rPr>
          <w:rFonts w:ascii="Times New Roman" w:hAnsi="Times New Roman" w:cs="Times New Roman"/>
        </w:rPr>
        <w:t xml:space="preserve"> Beyan </w:t>
      </w:r>
      <w:proofErr w:type="spellStart"/>
      <w:r>
        <w:rPr>
          <w:rFonts w:ascii="Times New Roman" w:hAnsi="Times New Roman" w:cs="Times New Roman"/>
        </w:rPr>
        <w:t>Formu</w:t>
      </w:r>
      <w:proofErr w:type="spellEnd"/>
    </w:p>
    <w:p w:rsidR="00BE75B8" w:rsidRPr="0058481E" w:rsidRDefault="004A0FFA">
      <w:pPr>
        <w:pStyle w:val="Balk2"/>
        <w:rPr>
          <w:rFonts w:ascii="Times New Roman" w:hAnsi="Times New Roman" w:cs="Times New Roman"/>
        </w:rPr>
      </w:pPr>
      <w:proofErr w:type="spellStart"/>
      <w:r w:rsidRPr="0058481E">
        <w:rPr>
          <w:rFonts w:ascii="Times New Roman" w:hAnsi="Times New Roman" w:cs="Times New Roman"/>
        </w:rPr>
        <w:t>Sınav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Hakkında</w:t>
      </w:r>
      <w:proofErr w:type="spellEnd"/>
      <w:r w:rsidR="00E35568">
        <w:rPr>
          <w:rFonts w:ascii="Times New Roman" w:hAnsi="Times New Roman" w:cs="Times New Roman"/>
        </w:rPr>
        <w:t>:</w:t>
      </w:r>
    </w:p>
    <w:p w:rsidR="00BE75B8" w:rsidRPr="0058481E" w:rsidRDefault="004A0FFA">
      <w:pPr>
        <w:rPr>
          <w:rFonts w:ascii="Times New Roman" w:hAnsi="Times New Roman" w:cs="Times New Roman"/>
        </w:rPr>
      </w:pPr>
      <w:r w:rsidRPr="0058481E">
        <w:rPr>
          <w:rFonts w:ascii="Times New Roman" w:hAnsi="Times New Roman" w:cs="Times New Roman"/>
        </w:rPr>
        <w:t>Özel Yetenek Sınavı yüz yüze gerçekleştir</w:t>
      </w:r>
      <w:r w:rsidRPr="0058481E">
        <w:rPr>
          <w:rFonts w:ascii="Times New Roman" w:hAnsi="Times New Roman" w:cs="Times New Roman"/>
        </w:rPr>
        <w:t>ilecek olup Performans Değerlendirmesi ve Müziksel İşitme Değerlendirmesi olmak üzere iki bölümden oluşmaktadır. Adayların başvurdukları alana ilişkin iki eser hazırlamaları gerekmektedir.</w:t>
      </w:r>
    </w:p>
    <w:p w:rsidR="00BE75B8" w:rsidRPr="0058481E" w:rsidRDefault="004A0FFA">
      <w:pPr>
        <w:pStyle w:val="Balk2"/>
        <w:rPr>
          <w:rFonts w:ascii="Times New Roman" w:hAnsi="Times New Roman" w:cs="Times New Roman"/>
        </w:rPr>
      </w:pPr>
      <w:proofErr w:type="spellStart"/>
      <w:r w:rsidRPr="0058481E">
        <w:rPr>
          <w:rFonts w:ascii="Times New Roman" w:hAnsi="Times New Roman" w:cs="Times New Roman"/>
        </w:rPr>
        <w:t>Başvuru</w:t>
      </w:r>
      <w:proofErr w:type="spellEnd"/>
      <w:r w:rsidRPr="0058481E">
        <w:rPr>
          <w:rFonts w:ascii="Times New Roman" w:hAnsi="Times New Roman" w:cs="Times New Roman"/>
        </w:rPr>
        <w:t xml:space="preserve"> ve </w:t>
      </w:r>
      <w:proofErr w:type="spellStart"/>
      <w:r w:rsidRPr="0058481E">
        <w:rPr>
          <w:rFonts w:ascii="Times New Roman" w:hAnsi="Times New Roman" w:cs="Times New Roman"/>
        </w:rPr>
        <w:t>Ayrıntılı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Bilgi</w:t>
      </w:r>
      <w:proofErr w:type="spellEnd"/>
      <w:r w:rsidR="00E35568">
        <w:rPr>
          <w:rFonts w:ascii="Times New Roman" w:hAnsi="Times New Roman" w:cs="Times New Roman"/>
        </w:rPr>
        <w:t>:</w:t>
      </w:r>
    </w:p>
    <w:p w:rsidR="00BE75B8" w:rsidRDefault="004A0FFA">
      <w:pPr>
        <w:rPr>
          <w:rFonts w:ascii="Times New Roman" w:hAnsi="Times New Roman" w:cs="Times New Roman"/>
          <w:b/>
          <w:u w:val="single"/>
        </w:rPr>
      </w:pPr>
      <w:r w:rsidRPr="0058481E">
        <w:rPr>
          <w:rFonts w:ascii="Times New Roman" w:hAnsi="Times New Roman" w:cs="Times New Roman"/>
        </w:rPr>
        <w:t xml:space="preserve">Başvurular </w:t>
      </w:r>
      <w:proofErr w:type="spellStart"/>
      <w:r w:rsidRPr="0058481E">
        <w:rPr>
          <w:rFonts w:ascii="Times New Roman" w:hAnsi="Times New Roman" w:cs="Times New Roman"/>
        </w:rPr>
        <w:t>belirtilen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tarihler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arasında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r w:rsidRPr="0058481E">
        <w:rPr>
          <w:rFonts w:ascii="Times New Roman" w:hAnsi="Times New Roman" w:cs="Times New Roman"/>
        </w:rPr>
        <w:t xml:space="preserve">İSTE Online </w:t>
      </w:r>
      <w:proofErr w:type="spellStart"/>
      <w:r w:rsidRPr="0058481E">
        <w:rPr>
          <w:rFonts w:ascii="Times New Roman" w:hAnsi="Times New Roman" w:cs="Times New Roman"/>
        </w:rPr>
        <w:t>Başvuru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proofErr w:type="spellStart"/>
      <w:r w:rsidRPr="0058481E">
        <w:rPr>
          <w:rFonts w:ascii="Times New Roman" w:hAnsi="Times New Roman" w:cs="Times New Roman"/>
        </w:rPr>
        <w:t>Sistemi</w:t>
      </w:r>
      <w:proofErr w:type="spellEnd"/>
      <w:r w:rsidRPr="0058481E">
        <w:rPr>
          <w:rFonts w:ascii="Times New Roman" w:hAnsi="Times New Roman" w:cs="Times New Roman"/>
        </w:rPr>
        <w:t xml:space="preserve"> </w:t>
      </w:r>
      <w:r w:rsidRPr="0058481E">
        <w:rPr>
          <w:rFonts w:ascii="Times New Roman" w:hAnsi="Times New Roman" w:cs="Times New Roman"/>
        </w:rPr>
        <w:t xml:space="preserve">üzerinden </w:t>
      </w:r>
      <w:proofErr w:type="spellStart"/>
      <w:r w:rsidRPr="0058481E">
        <w:rPr>
          <w:rFonts w:ascii="Times New Roman" w:hAnsi="Times New Roman" w:cs="Times New Roman"/>
        </w:rPr>
        <w:t>gerçekleştirilecektir</w:t>
      </w:r>
      <w:proofErr w:type="spellEnd"/>
      <w:r w:rsidRPr="0058481E">
        <w:rPr>
          <w:rFonts w:ascii="Times New Roman" w:hAnsi="Times New Roman" w:cs="Times New Roman"/>
        </w:rPr>
        <w:t xml:space="preserve">. </w:t>
      </w:r>
      <w:r w:rsidRPr="00523190">
        <w:rPr>
          <w:rFonts w:ascii="Times New Roman" w:hAnsi="Times New Roman" w:cs="Times New Roman"/>
          <w:b/>
          <w:u w:val="single"/>
        </w:rPr>
        <w:t xml:space="preserve">Ayrıntılı bilgi için Özel </w:t>
      </w:r>
      <w:proofErr w:type="spellStart"/>
      <w:r w:rsidRPr="00523190">
        <w:rPr>
          <w:rFonts w:ascii="Times New Roman" w:hAnsi="Times New Roman" w:cs="Times New Roman"/>
          <w:b/>
          <w:u w:val="single"/>
        </w:rPr>
        <w:t>Yetenek</w:t>
      </w:r>
      <w:proofErr w:type="spellEnd"/>
      <w:r w:rsidRPr="00523190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523190">
        <w:rPr>
          <w:rFonts w:ascii="Times New Roman" w:hAnsi="Times New Roman" w:cs="Times New Roman"/>
          <w:b/>
          <w:u w:val="single"/>
        </w:rPr>
        <w:t>Sınavı</w:t>
      </w:r>
      <w:proofErr w:type="spellEnd"/>
      <w:r w:rsidRPr="00523190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523190">
        <w:rPr>
          <w:rFonts w:ascii="Times New Roman" w:hAnsi="Times New Roman" w:cs="Times New Roman"/>
          <w:b/>
          <w:u w:val="single"/>
        </w:rPr>
        <w:t>Kılavuzu</w:t>
      </w:r>
      <w:proofErr w:type="spellEnd"/>
      <w:r w:rsidRPr="00523190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523190">
        <w:rPr>
          <w:rFonts w:ascii="Times New Roman" w:hAnsi="Times New Roman" w:cs="Times New Roman"/>
          <w:b/>
          <w:u w:val="single"/>
        </w:rPr>
        <w:t>incelenmelidir</w:t>
      </w:r>
      <w:proofErr w:type="spellEnd"/>
      <w:r w:rsidRPr="00523190">
        <w:rPr>
          <w:rFonts w:ascii="Times New Roman" w:hAnsi="Times New Roman" w:cs="Times New Roman"/>
          <w:b/>
          <w:u w:val="single"/>
        </w:rPr>
        <w:t>.</w:t>
      </w:r>
    </w:p>
    <w:p w:rsidR="00523190" w:rsidRPr="00D86436" w:rsidRDefault="00D86436" w:rsidP="00D86436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İSTE Online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Başvuru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Sistemi</w:t>
      </w:r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ne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Ulaşmak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için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Tıklayınız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………………</w:t>
      </w:r>
      <w:proofErr w:type="gram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…..</w:t>
      </w:r>
      <w:proofErr w:type="gramEnd"/>
    </w:p>
    <w:p w:rsidR="00D86436" w:rsidRPr="00D86436" w:rsidRDefault="00D86436" w:rsidP="00D86436">
      <w:pPr>
        <w:pStyle w:val="ListeMaddemi"/>
        <w:numPr>
          <w:ilvl w:val="0"/>
          <w:numId w:val="0"/>
        </w:numPr>
        <w:spacing w:after="0"/>
        <w:ind w:left="360" w:hanging="360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Özel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Yetenek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Sınavı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Başvuru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Dilekçesi</w:t>
      </w:r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ne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Ulaşmak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İçin </w:t>
      </w:r>
      <w:proofErr w:type="spell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Tıklayınız</w:t>
      </w:r>
      <w:proofErr w:type="spellEnd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………………</w:t>
      </w:r>
      <w:proofErr w:type="gramStart"/>
      <w:r w:rsidRPr="00D8643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…..</w:t>
      </w:r>
      <w:proofErr w:type="gramEnd"/>
    </w:p>
    <w:p w:rsidR="00D86436" w:rsidRPr="00D86436" w:rsidRDefault="00D86436" w:rsidP="00D86436">
      <w:pPr>
        <w:pStyle w:val="ListeMaddemi"/>
        <w:numPr>
          <w:ilvl w:val="0"/>
          <w:numId w:val="0"/>
        </w:numPr>
        <w:spacing w:after="0"/>
        <w:ind w:left="360" w:hanging="360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hyperlink r:id="rId6" w:tgtFrame="_blank" w:history="1">
        <w:r w:rsidRPr="00D86436">
          <w:rPr>
            <w:rStyle w:val="Kpr"/>
            <w:rFonts w:ascii="Times New Roman" w:hAnsi="Times New Roman" w:cs="Times New Roman"/>
            <w:b/>
            <w:bCs/>
            <w:iCs/>
            <w:color w:val="1F497D" w:themeColor="text2"/>
            <w:sz w:val="24"/>
            <w:szCs w:val="24"/>
            <w:u w:val="none"/>
            <w:shd w:val="clear" w:color="auto" w:fill="FFFFFF"/>
          </w:rPr>
          <w:t xml:space="preserve">İSTE KVKK Açık </w:t>
        </w:r>
        <w:proofErr w:type="spellStart"/>
        <w:r w:rsidRPr="00D86436">
          <w:rPr>
            <w:rStyle w:val="Kpr"/>
            <w:rFonts w:ascii="Times New Roman" w:hAnsi="Times New Roman" w:cs="Times New Roman"/>
            <w:b/>
            <w:bCs/>
            <w:iCs/>
            <w:color w:val="1F497D" w:themeColor="text2"/>
            <w:sz w:val="24"/>
            <w:szCs w:val="24"/>
            <w:u w:val="none"/>
            <w:shd w:val="clear" w:color="auto" w:fill="FFFFFF"/>
          </w:rPr>
          <w:t>Rıza</w:t>
        </w:r>
        <w:proofErr w:type="spellEnd"/>
        <w:r w:rsidRPr="00D86436">
          <w:rPr>
            <w:rStyle w:val="Kpr"/>
            <w:rFonts w:ascii="Times New Roman" w:hAnsi="Times New Roman" w:cs="Times New Roman"/>
            <w:b/>
            <w:bCs/>
            <w:iCs/>
            <w:color w:val="1F497D" w:themeColor="text2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D86436">
          <w:rPr>
            <w:rStyle w:val="Kpr"/>
            <w:rFonts w:ascii="Times New Roman" w:hAnsi="Times New Roman" w:cs="Times New Roman"/>
            <w:b/>
            <w:bCs/>
            <w:iCs/>
            <w:color w:val="1F497D" w:themeColor="text2"/>
            <w:sz w:val="24"/>
            <w:szCs w:val="24"/>
            <w:u w:val="none"/>
            <w:shd w:val="clear" w:color="auto" w:fill="FFFFFF"/>
          </w:rPr>
          <w:t>Beyanına</w:t>
        </w:r>
        <w:proofErr w:type="spellEnd"/>
        <w:r w:rsidRPr="00D86436">
          <w:rPr>
            <w:rStyle w:val="Kpr"/>
            <w:rFonts w:ascii="Times New Roman" w:hAnsi="Times New Roman" w:cs="Times New Roman"/>
            <w:b/>
            <w:bCs/>
            <w:iCs/>
            <w:color w:val="1F497D" w:themeColor="text2"/>
            <w:sz w:val="24"/>
            <w:szCs w:val="24"/>
            <w:u w:val="none"/>
            <w:shd w:val="clear" w:color="auto" w:fill="FFFFFF"/>
          </w:rPr>
          <w:t> </w:t>
        </w:r>
        <w:proofErr w:type="spellStart"/>
      </w:hyperlink>
      <w:r w:rsidRPr="00D86436">
        <w:rPr>
          <w:rStyle w:val="Vurgu"/>
          <w:rFonts w:ascii="Times New Roman" w:hAnsi="Times New Roman" w:cs="Times New Roman"/>
          <w:b/>
          <w:bCs/>
          <w:i w:val="0"/>
          <w:color w:val="1F497D" w:themeColor="text2"/>
          <w:sz w:val="24"/>
          <w:szCs w:val="24"/>
          <w:shd w:val="clear" w:color="auto" w:fill="FFFFFF"/>
        </w:rPr>
        <w:t>Formuna</w:t>
      </w:r>
      <w:proofErr w:type="spellEnd"/>
      <w:r w:rsidRPr="00D86436">
        <w:rPr>
          <w:rStyle w:val="Vurgu"/>
          <w:rFonts w:ascii="Times New Roman" w:hAnsi="Times New Roman" w:cs="Times New Roman"/>
          <w:b/>
          <w:bCs/>
          <w:i w:val="0"/>
          <w:color w:val="1F497D" w:themeColor="text2"/>
          <w:sz w:val="24"/>
          <w:szCs w:val="24"/>
          <w:shd w:val="clear" w:color="auto" w:fill="FFFFFF"/>
        </w:rPr>
        <w:t xml:space="preserve"> </w:t>
      </w:r>
      <w:proofErr w:type="spellStart"/>
      <w:r w:rsidRPr="00D86436">
        <w:rPr>
          <w:rStyle w:val="Vurgu"/>
          <w:rFonts w:ascii="Times New Roman" w:hAnsi="Times New Roman" w:cs="Times New Roman"/>
          <w:b/>
          <w:bCs/>
          <w:i w:val="0"/>
          <w:color w:val="1F497D" w:themeColor="text2"/>
          <w:sz w:val="24"/>
          <w:szCs w:val="24"/>
          <w:shd w:val="clear" w:color="auto" w:fill="FFFFFF"/>
        </w:rPr>
        <w:t>Ulaşmak</w:t>
      </w:r>
      <w:proofErr w:type="spellEnd"/>
      <w:r w:rsidRPr="00D86436">
        <w:rPr>
          <w:rStyle w:val="Vurgu"/>
          <w:rFonts w:ascii="Times New Roman" w:hAnsi="Times New Roman" w:cs="Times New Roman"/>
          <w:b/>
          <w:bCs/>
          <w:i w:val="0"/>
          <w:color w:val="1F497D" w:themeColor="text2"/>
          <w:sz w:val="24"/>
          <w:szCs w:val="24"/>
          <w:shd w:val="clear" w:color="auto" w:fill="FFFFFF"/>
        </w:rPr>
        <w:t xml:space="preserve"> İçin </w:t>
      </w:r>
      <w:proofErr w:type="spellStart"/>
      <w:r w:rsidRPr="00D86436">
        <w:rPr>
          <w:rStyle w:val="Vurgu"/>
          <w:rFonts w:ascii="Times New Roman" w:hAnsi="Times New Roman" w:cs="Times New Roman"/>
          <w:b/>
          <w:bCs/>
          <w:i w:val="0"/>
          <w:color w:val="1F497D" w:themeColor="text2"/>
          <w:sz w:val="24"/>
          <w:szCs w:val="24"/>
          <w:shd w:val="clear" w:color="auto" w:fill="FFFFFF"/>
        </w:rPr>
        <w:t>Tıklayınız</w:t>
      </w:r>
      <w:proofErr w:type="spellEnd"/>
      <w:r w:rsidRPr="00D86436">
        <w:rPr>
          <w:rStyle w:val="Vurgu"/>
          <w:rFonts w:ascii="Times New Roman" w:hAnsi="Times New Roman" w:cs="Times New Roman"/>
          <w:b/>
          <w:bCs/>
          <w:i w:val="0"/>
          <w:color w:val="1F497D" w:themeColor="text2"/>
          <w:sz w:val="24"/>
          <w:szCs w:val="24"/>
          <w:shd w:val="clear" w:color="auto" w:fill="FFFFFF"/>
        </w:rPr>
        <w:t>………………..</w:t>
      </w:r>
    </w:p>
    <w:p w:rsidR="00D86436" w:rsidRPr="00D86436" w:rsidRDefault="00D86436" w:rsidP="00D86436">
      <w:pPr>
        <w:rPr>
          <w:rFonts w:ascii="Times New Roman" w:hAnsi="Times New Roman" w:cs="Times New Roman"/>
          <w:color w:val="1F497D" w:themeColor="text2"/>
          <w:u w:val="single"/>
        </w:rPr>
      </w:pPr>
      <w:bookmarkStart w:id="0" w:name="_GoBack"/>
      <w:bookmarkEnd w:id="0"/>
    </w:p>
    <w:p w:rsidR="00BE75B8" w:rsidRPr="001F11E7" w:rsidRDefault="004A0FFA" w:rsidP="004A0FFA">
      <w:pPr>
        <w:jc w:val="right"/>
        <w:rPr>
          <w:rFonts w:ascii="Times New Roman" w:hAnsi="Times New Roman" w:cs="Times New Roman"/>
          <w:b/>
        </w:rPr>
      </w:pPr>
      <w:r w:rsidRPr="0058481E">
        <w:rPr>
          <w:rFonts w:ascii="Times New Roman" w:hAnsi="Times New Roman" w:cs="Times New Roman"/>
        </w:rPr>
        <w:lastRenderedPageBreak/>
        <w:br/>
      </w:r>
      <w:r w:rsidRPr="001F11E7">
        <w:rPr>
          <w:rFonts w:ascii="Times New Roman" w:hAnsi="Times New Roman" w:cs="Times New Roman"/>
          <w:b/>
        </w:rPr>
        <w:t xml:space="preserve">İskenderun </w:t>
      </w:r>
      <w:proofErr w:type="spellStart"/>
      <w:r w:rsidRPr="001F11E7">
        <w:rPr>
          <w:rFonts w:ascii="Times New Roman" w:hAnsi="Times New Roman" w:cs="Times New Roman"/>
          <w:b/>
        </w:rPr>
        <w:t>Teknik</w:t>
      </w:r>
      <w:proofErr w:type="spellEnd"/>
      <w:r w:rsidRPr="001F11E7">
        <w:rPr>
          <w:rFonts w:ascii="Times New Roman" w:hAnsi="Times New Roman" w:cs="Times New Roman"/>
          <w:b/>
        </w:rPr>
        <w:t xml:space="preserve"> </w:t>
      </w:r>
      <w:proofErr w:type="spellStart"/>
      <w:r w:rsidRPr="001F11E7">
        <w:rPr>
          <w:rFonts w:ascii="Times New Roman" w:hAnsi="Times New Roman" w:cs="Times New Roman"/>
          <w:b/>
        </w:rPr>
        <w:t>Üniversitesi</w:t>
      </w:r>
      <w:proofErr w:type="spellEnd"/>
      <w:r w:rsidRPr="001F11E7">
        <w:rPr>
          <w:rFonts w:ascii="Times New Roman" w:hAnsi="Times New Roman" w:cs="Times New Roman"/>
          <w:b/>
        </w:rPr>
        <w:br/>
        <w:t>Mustafa Yazıcı Devlet Konservatuvarı Müdürlüğü</w:t>
      </w:r>
    </w:p>
    <w:sectPr w:rsidR="00BE75B8" w:rsidRPr="001F11E7" w:rsidSect="00D86436">
      <w:pgSz w:w="12240" w:h="15840"/>
      <w:pgMar w:top="284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078D"/>
    <w:rsid w:val="0006063C"/>
    <w:rsid w:val="0015074B"/>
    <w:rsid w:val="001F11E7"/>
    <w:rsid w:val="0029639D"/>
    <w:rsid w:val="00326F90"/>
    <w:rsid w:val="0048086D"/>
    <w:rsid w:val="004A0FFA"/>
    <w:rsid w:val="00523190"/>
    <w:rsid w:val="0058481E"/>
    <w:rsid w:val="006B0BC7"/>
    <w:rsid w:val="00AA1D8D"/>
    <w:rsid w:val="00B47730"/>
    <w:rsid w:val="00BE0C43"/>
    <w:rsid w:val="00BE75B8"/>
    <w:rsid w:val="00CB0664"/>
    <w:rsid w:val="00D86436"/>
    <w:rsid w:val="00E355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29F280"/>
  <w14:defaultImageDpi w14:val="300"/>
  <w15:docId w15:val="{BD482E08-18EC-441D-9EA4-AD980A08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semiHidden/>
    <w:unhideWhenUsed/>
    <w:rsid w:val="00D864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te.edu.tr/files/5834_files_175456255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E7B251-45A5-4E3D-B7DE-13DF70E1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ISTE-PC</cp:lastModifiedBy>
  <cp:revision>11</cp:revision>
  <dcterms:created xsi:type="dcterms:W3CDTF">2026-08-04T10:17:00Z</dcterms:created>
  <dcterms:modified xsi:type="dcterms:W3CDTF">2026-08-04T10:27:00Z</dcterms:modified>
  <cp:category/>
</cp:coreProperties>
</file>